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Architectural Execution | Technical Office | Finishing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architectural execution, shop drawings, finishes, subcontractor coordination, QA/QC and handover.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