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Site Supervision | Technical Office | Finishing | Project Coordination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site supervision, technical-office coordination, finishing, QA/QC and project closeout.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